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4819"/>
      </w:tblGrid>
      <w:tr w:rsidR="00737DBB" w14:paraId="10B2F026" w14:textId="77777777">
        <w:tc>
          <w:tcPr>
            <w:tcW w:w="4819" w:type="dxa"/>
            <w:vAlign w:val="center"/>
          </w:tcPr>
          <w:p w14:paraId="71305DA7" w14:textId="77777777" w:rsidR="00737DBB" w:rsidRDefault="00AB55FD">
            <w:pPr>
              <w:spacing w:after="0"/>
            </w:pPr>
            <w:r>
              <w:rPr>
                <w:noProof/>
                <w:lang w:val="sl-SI" w:eastAsia="sl-SI"/>
              </w:rPr>
              <w:drawing>
                <wp:inline distT="0" distB="0" distL="0" distR="0" wp14:anchorId="39973723" wp14:editId="792B1653">
                  <wp:extent cx="658368" cy="658368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.gif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58368" cy="65836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9" w:type="dxa"/>
            <w:vAlign w:val="center"/>
          </w:tcPr>
          <w:p w14:paraId="6785BD10" w14:textId="77777777" w:rsidR="00737DBB" w:rsidRDefault="00AB55FD">
            <w:pPr>
              <w:spacing w:after="0"/>
              <w:jc w:val="right"/>
            </w:pPr>
            <w:r>
              <w:rPr>
                <w:noProof/>
                <w:lang w:val="sl-SI" w:eastAsia="sl-SI"/>
              </w:rPr>
              <w:drawing>
                <wp:inline distT="0" distB="0" distL="0" distR="0" wp14:anchorId="05045B7A" wp14:editId="13360B66">
                  <wp:extent cx="596646" cy="749808"/>
                  <wp:effectExtent l="0" t="0" r="0" b="0"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WS_Logo_Positive_RGB.png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96646" cy="74980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BB39368" w14:textId="77777777" w:rsidR="00737DBB" w:rsidRDefault="00AB55FD">
      <w:pPr>
        <w:jc w:val="center"/>
      </w:pPr>
      <w:r>
        <w:rPr>
          <w:b/>
          <w:sz w:val="22"/>
        </w:rPr>
        <w:t>ZVEZA KOTALKARSKIH ŠPORTOV SLOVENIJE</w:t>
      </w:r>
    </w:p>
    <w:p w14:paraId="732AE00F" w14:textId="77777777" w:rsidR="00737DBB" w:rsidRDefault="00AB55FD">
      <w:pPr>
        <w:jc w:val="center"/>
      </w:pPr>
      <w:r>
        <w:rPr>
          <w:b/>
          <w:sz w:val="30"/>
        </w:rPr>
        <w:t>PRIJAVNICA KLUBA ZA TEKMOVANJA V INLINE HOKEJU</w:t>
      </w:r>
    </w:p>
    <w:p w14:paraId="4EE29323" w14:textId="77777777" w:rsidR="00737DBB" w:rsidRDefault="00AB55FD">
      <w:pPr>
        <w:jc w:val="center"/>
      </w:pPr>
      <w:r>
        <w:rPr>
          <w:b/>
          <w:sz w:val="22"/>
        </w:rPr>
        <w:t>Sezona 2026/2027</w:t>
      </w:r>
    </w:p>
    <w:p w14:paraId="653390EF" w14:textId="77777777" w:rsidR="00737DBB" w:rsidRDefault="00737DBB">
      <w:pPr>
        <w:spacing w:after="20"/>
      </w:pPr>
    </w:p>
    <w:p w14:paraId="064C1E42" w14:textId="77777777" w:rsidR="00737DBB" w:rsidRPr="00DF6588" w:rsidRDefault="00AB55FD">
      <w:pPr>
        <w:spacing w:after="20"/>
        <w:rPr>
          <w:rFonts w:cs="Arial"/>
          <w:sz w:val="22"/>
        </w:rPr>
      </w:pPr>
      <w:r w:rsidRPr="00DF6588">
        <w:rPr>
          <w:rFonts w:cs="Arial"/>
          <w:sz w:val="22"/>
        </w:rPr>
        <w:t>Rok za prijavo: 14. 10. 2026   |   Oddaja: info@rollerhockey.si</w:t>
      </w:r>
    </w:p>
    <w:p w14:paraId="31318000" w14:textId="77777777" w:rsidR="00737DBB" w:rsidRPr="00DF6588" w:rsidRDefault="00AB55FD">
      <w:pPr>
        <w:pStyle w:val="Naslov1"/>
        <w:spacing w:before="0" w:after="20"/>
        <w:rPr>
          <w:rFonts w:ascii="Arial" w:hAnsi="Arial" w:cs="Arial"/>
          <w:sz w:val="22"/>
          <w:szCs w:val="22"/>
        </w:rPr>
      </w:pPr>
      <w:r w:rsidRPr="00DF6588">
        <w:rPr>
          <w:rFonts w:ascii="Arial" w:hAnsi="Arial" w:cs="Arial"/>
          <w:sz w:val="22"/>
          <w:szCs w:val="22"/>
        </w:rPr>
        <w:t>1. PODATKI O ŠPORTNEM DRUŠTVU / KLUBU</w:t>
      </w:r>
    </w:p>
    <w:tbl>
      <w:tblPr>
        <w:tblW w:w="10348" w:type="dxa"/>
        <w:jc w:val="center"/>
        <w:tblLook w:val="04A0" w:firstRow="1" w:lastRow="0" w:firstColumn="1" w:lastColumn="0" w:noHBand="0" w:noVBand="1"/>
      </w:tblPr>
      <w:tblGrid>
        <w:gridCol w:w="5529"/>
        <w:gridCol w:w="4819"/>
      </w:tblGrid>
      <w:tr w:rsidR="00737DBB" w:rsidRPr="00DF6588" w14:paraId="3CE5F5C3" w14:textId="77777777" w:rsidTr="00DF6588">
        <w:trPr>
          <w:jc w:val="center"/>
        </w:trPr>
        <w:tc>
          <w:tcPr>
            <w:tcW w:w="5529" w:type="dxa"/>
            <w:shd w:val="clear" w:color="auto" w:fill="EAF2F8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308586A" w14:textId="77777777" w:rsidR="00737DBB" w:rsidRPr="00DF6588" w:rsidRDefault="00AB55FD">
            <w:pPr>
              <w:rPr>
                <w:rFonts w:cs="Arial"/>
                <w:sz w:val="22"/>
              </w:rPr>
            </w:pPr>
            <w:proofErr w:type="spellStart"/>
            <w:r w:rsidRPr="00DF6588">
              <w:rPr>
                <w:rFonts w:cs="Arial"/>
                <w:b/>
                <w:sz w:val="22"/>
              </w:rPr>
              <w:t>Naziv</w:t>
            </w:r>
            <w:proofErr w:type="spellEnd"/>
            <w:r w:rsidRPr="00DF6588">
              <w:rPr>
                <w:rFonts w:cs="Arial"/>
                <w:b/>
                <w:sz w:val="22"/>
              </w:rPr>
              <w:t xml:space="preserve"> </w:t>
            </w:r>
            <w:proofErr w:type="spellStart"/>
            <w:r w:rsidRPr="00DF6588">
              <w:rPr>
                <w:rFonts w:cs="Arial"/>
                <w:b/>
                <w:sz w:val="22"/>
              </w:rPr>
              <w:t>športnega</w:t>
            </w:r>
            <w:proofErr w:type="spellEnd"/>
            <w:r w:rsidRPr="00DF6588">
              <w:rPr>
                <w:rFonts w:cs="Arial"/>
                <w:b/>
                <w:sz w:val="22"/>
              </w:rPr>
              <w:t xml:space="preserve"> </w:t>
            </w:r>
            <w:proofErr w:type="spellStart"/>
            <w:r w:rsidRPr="00DF6588">
              <w:rPr>
                <w:rFonts w:cs="Arial"/>
                <w:b/>
                <w:sz w:val="22"/>
              </w:rPr>
              <w:t>društva</w:t>
            </w:r>
            <w:proofErr w:type="spellEnd"/>
          </w:p>
        </w:tc>
        <w:tc>
          <w:tcPr>
            <w:tcW w:w="4819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234C13D" w14:textId="77777777" w:rsidR="00737DBB" w:rsidRPr="00DF6588" w:rsidRDefault="00737DBB">
            <w:pPr>
              <w:rPr>
                <w:rFonts w:cs="Arial"/>
                <w:sz w:val="22"/>
              </w:rPr>
            </w:pPr>
          </w:p>
        </w:tc>
      </w:tr>
      <w:tr w:rsidR="00737DBB" w:rsidRPr="00DF6588" w14:paraId="290E8620" w14:textId="77777777" w:rsidTr="00DF6588">
        <w:trPr>
          <w:jc w:val="center"/>
        </w:trPr>
        <w:tc>
          <w:tcPr>
            <w:tcW w:w="5529" w:type="dxa"/>
            <w:shd w:val="clear" w:color="auto" w:fill="EAF2F8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D1200F3" w14:textId="77777777" w:rsidR="00737DBB" w:rsidRPr="00DF6588" w:rsidRDefault="00AB55FD">
            <w:pPr>
              <w:rPr>
                <w:rFonts w:cs="Arial"/>
                <w:sz w:val="22"/>
              </w:rPr>
            </w:pPr>
            <w:r w:rsidRPr="00DF6588">
              <w:rPr>
                <w:rFonts w:cs="Arial"/>
                <w:b/>
                <w:sz w:val="22"/>
              </w:rPr>
              <w:t>Naziv kluba / sekcije, ki se prijavlja</w:t>
            </w:r>
          </w:p>
        </w:tc>
        <w:tc>
          <w:tcPr>
            <w:tcW w:w="4819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6BB4338" w14:textId="77777777" w:rsidR="00737DBB" w:rsidRPr="00DF6588" w:rsidRDefault="00737DBB">
            <w:pPr>
              <w:rPr>
                <w:rFonts w:cs="Arial"/>
                <w:sz w:val="22"/>
              </w:rPr>
            </w:pPr>
          </w:p>
        </w:tc>
      </w:tr>
      <w:tr w:rsidR="00737DBB" w:rsidRPr="00DF6588" w14:paraId="1AD4E4C4" w14:textId="77777777" w:rsidTr="00DF6588">
        <w:trPr>
          <w:jc w:val="center"/>
        </w:trPr>
        <w:tc>
          <w:tcPr>
            <w:tcW w:w="5529" w:type="dxa"/>
            <w:shd w:val="clear" w:color="auto" w:fill="EAF2F8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D3C37BE" w14:textId="77777777" w:rsidR="00737DBB" w:rsidRPr="00DF6588" w:rsidRDefault="00AB55FD">
            <w:pPr>
              <w:rPr>
                <w:rFonts w:cs="Arial"/>
                <w:sz w:val="22"/>
              </w:rPr>
            </w:pPr>
            <w:r w:rsidRPr="00DF6588">
              <w:rPr>
                <w:rFonts w:cs="Arial"/>
                <w:b/>
                <w:sz w:val="22"/>
              </w:rPr>
              <w:t>Sedež športnega društva</w:t>
            </w:r>
          </w:p>
        </w:tc>
        <w:tc>
          <w:tcPr>
            <w:tcW w:w="4819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A333DC0" w14:textId="77777777" w:rsidR="00737DBB" w:rsidRPr="00DF6588" w:rsidRDefault="00737DBB">
            <w:pPr>
              <w:rPr>
                <w:rFonts w:cs="Arial"/>
                <w:sz w:val="22"/>
              </w:rPr>
            </w:pPr>
          </w:p>
        </w:tc>
      </w:tr>
      <w:tr w:rsidR="00737DBB" w:rsidRPr="00DF6588" w14:paraId="47DC54D4" w14:textId="77777777" w:rsidTr="00DF6588">
        <w:trPr>
          <w:jc w:val="center"/>
        </w:trPr>
        <w:tc>
          <w:tcPr>
            <w:tcW w:w="5529" w:type="dxa"/>
            <w:shd w:val="clear" w:color="auto" w:fill="EAF2F8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458E9F9" w14:textId="77777777" w:rsidR="00737DBB" w:rsidRPr="00DF6588" w:rsidRDefault="00AB55FD">
            <w:pPr>
              <w:rPr>
                <w:rFonts w:cs="Arial"/>
                <w:sz w:val="22"/>
              </w:rPr>
            </w:pPr>
            <w:r w:rsidRPr="00DF6588">
              <w:rPr>
                <w:rFonts w:cs="Arial"/>
                <w:b/>
                <w:sz w:val="22"/>
              </w:rPr>
              <w:t>Davčna številka</w:t>
            </w:r>
          </w:p>
        </w:tc>
        <w:tc>
          <w:tcPr>
            <w:tcW w:w="4819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214ED32" w14:textId="77777777" w:rsidR="00737DBB" w:rsidRPr="00DF6588" w:rsidRDefault="00737DBB">
            <w:pPr>
              <w:rPr>
                <w:rFonts w:cs="Arial"/>
                <w:sz w:val="22"/>
              </w:rPr>
            </w:pPr>
          </w:p>
        </w:tc>
      </w:tr>
      <w:tr w:rsidR="00737DBB" w:rsidRPr="00DF6588" w14:paraId="4D816C61" w14:textId="77777777" w:rsidTr="00DF6588">
        <w:trPr>
          <w:jc w:val="center"/>
        </w:trPr>
        <w:tc>
          <w:tcPr>
            <w:tcW w:w="5529" w:type="dxa"/>
            <w:shd w:val="clear" w:color="auto" w:fill="EAF2F8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6AAF35A9" w14:textId="77777777" w:rsidR="00737DBB" w:rsidRPr="00DF6588" w:rsidRDefault="00AB55FD">
            <w:pPr>
              <w:rPr>
                <w:rFonts w:cs="Arial"/>
                <w:sz w:val="22"/>
              </w:rPr>
            </w:pPr>
            <w:r w:rsidRPr="00DF6588">
              <w:rPr>
                <w:rFonts w:cs="Arial"/>
                <w:b/>
                <w:sz w:val="22"/>
              </w:rPr>
              <w:t>Matična številka</w:t>
            </w:r>
          </w:p>
        </w:tc>
        <w:tc>
          <w:tcPr>
            <w:tcW w:w="4819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EAA7CC5" w14:textId="77777777" w:rsidR="00737DBB" w:rsidRPr="00DF6588" w:rsidRDefault="00737DBB">
            <w:pPr>
              <w:rPr>
                <w:rFonts w:cs="Arial"/>
                <w:sz w:val="22"/>
              </w:rPr>
            </w:pPr>
          </w:p>
        </w:tc>
      </w:tr>
      <w:tr w:rsidR="00737DBB" w:rsidRPr="00DF6588" w14:paraId="0735A76C" w14:textId="77777777" w:rsidTr="00DF6588">
        <w:trPr>
          <w:jc w:val="center"/>
        </w:trPr>
        <w:tc>
          <w:tcPr>
            <w:tcW w:w="5529" w:type="dxa"/>
            <w:shd w:val="clear" w:color="auto" w:fill="EAF2F8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927A4C5" w14:textId="77777777" w:rsidR="00737DBB" w:rsidRPr="00DF6588" w:rsidRDefault="00AB55FD">
            <w:pPr>
              <w:rPr>
                <w:rFonts w:cs="Arial"/>
                <w:sz w:val="22"/>
              </w:rPr>
            </w:pPr>
            <w:r w:rsidRPr="00DF6588">
              <w:rPr>
                <w:rFonts w:cs="Arial"/>
                <w:b/>
                <w:sz w:val="22"/>
              </w:rPr>
              <w:t>Ime in priimek zakonitega zastopnika društva</w:t>
            </w:r>
          </w:p>
        </w:tc>
        <w:tc>
          <w:tcPr>
            <w:tcW w:w="4819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0E90A1D" w14:textId="77777777" w:rsidR="00737DBB" w:rsidRPr="00DF6588" w:rsidRDefault="00737DBB">
            <w:pPr>
              <w:rPr>
                <w:rFonts w:cs="Arial"/>
                <w:sz w:val="22"/>
              </w:rPr>
            </w:pPr>
          </w:p>
        </w:tc>
      </w:tr>
      <w:tr w:rsidR="00737DBB" w:rsidRPr="00DF6588" w14:paraId="5A22A3F6" w14:textId="77777777" w:rsidTr="00DF6588">
        <w:trPr>
          <w:jc w:val="center"/>
        </w:trPr>
        <w:tc>
          <w:tcPr>
            <w:tcW w:w="5529" w:type="dxa"/>
            <w:shd w:val="clear" w:color="auto" w:fill="EAF2F8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30648625" w14:textId="77777777" w:rsidR="00737DBB" w:rsidRPr="00DF6588" w:rsidRDefault="00AB55FD">
            <w:pPr>
              <w:rPr>
                <w:rFonts w:cs="Arial"/>
                <w:sz w:val="22"/>
              </w:rPr>
            </w:pPr>
            <w:r w:rsidRPr="00DF6588">
              <w:rPr>
                <w:rFonts w:cs="Arial"/>
                <w:b/>
                <w:sz w:val="22"/>
              </w:rPr>
              <w:t>Funkcija zakonitega zastopnika</w:t>
            </w:r>
          </w:p>
        </w:tc>
        <w:tc>
          <w:tcPr>
            <w:tcW w:w="4819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B7B095B" w14:textId="77777777" w:rsidR="00737DBB" w:rsidRPr="00DF6588" w:rsidRDefault="00737DBB">
            <w:pPr>
              <w:rPr>
                <w:rFonts w:cs="Arial"/>
                <w:sz w:val="22"/>
              </w:rPr>
            </w:pPr>
          </w:p>
        </w:tc>
      </w:tr>
      <w:tr w:rsidR="00737DBB" w:rsidRPr="00DF6588" w14:paraId="7352FC2B" w14:textId="77777777" w:rsidTr="00DF6588">
        <w:trPr>
          <w:jc w:val="center"/>
        </w:trPr>
        <w:tc>
          <w:tcPr>
            <w:tcW w:w="5529" w:type="dxa"/>
            <w:shd w:val="clear" w:color="auto" w:fill="EAF2F8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DF909E4" w14:textId="77777777" w:rsidR="00737DBB" w:rsidRPr="00DF6588" w:rsidRDefault="00AB55FD">
            <w:pPr>
              <w:rPr>
                <w:rFonts w:cs="Arial"/>
                <w:sz w:val="22"/>
              </w:rPr>
            </w:pPr>
            <w:r w:rsidRPr="00DF6588">
              <w:rPr>
                <w:rFonts w:cs="Arial"/>
                <w:b/>
                <w:sz w:val="22"/>
              </w:rPr>
              <w:t>Telefon</w:t>
            </w:r>
          </w:p>
        </w:tc>
        <w:tc>
          <w:tcPr>
            <w:tcW w:w="4819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5FD592D" w14:textId="77777777" w:rsidR="00737DBB" w:rsidRPr="00DF6588" w:rsidRDefault="00737DBB">
            <w:pPr>
              <w:rPr>
                <w:rFonts w:cs="Arial"/>
                <w:sz w:val="22"/>
              </w:rPr>
            </w:pPr>
          </w:p>
        </w:tc>
      </w:tr>
      <w:tr w:rsidR="00737DBB" w:rsidRPr="00DF6588" w14:paraId="324DC5D5" w14:textId="77777777" w:rsidTr="00DF6588">
        <w:trPr>
          <w:jc w:val="center"/>
        </w:trPr>
        <w:tc>
          <w:tcPr>
            <w:tcW w:w="5529" w:type="dxa"/>
            <w:shd w:val="clear" w:color="auto" w:fill="EAF2F8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1A1023E" w14:textId="77777777" w:rsidR="00737DBB" w:rsidRPr="00DF6588" w:rsidRDefault="00AB55FD">
            <w:pPr>
              <w:rPr>
                <w:rFonts w:cs="Arial"/>
                <w:sz w:val="22"/>
              </w:rPr>
            </w:pPr>
            <w:r w:rsidRPr="00DF6588">
              <w:rPr>
                <w:rFonts w:cs="Arial"/>
                <w:b/>
                <w:sz w:val="22"/>
              </w:rPr>
              <w:t>E-pošta</w:t>
            </w:r>
          </w:p>
        </w:tc>
        <w:tc>
          <w:tcPr>
            <w:tcW w:w="4819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28DFF1D8" w14:textId="77777777" w:rsidR="00737DBB" w:rsidRPr="00DF6588" w:rsidRDefault="00737DBB">
            <w:pPr>
              <w:rPr>
                <w:rFonts w:cs="Arial"/>
                <w:sz w:val="22"/>
              </w:rPr>
            </w:pPr>
          </w:p>
        </w:tc>
      </w:tr>
    </w:tbl>
    <w:p w14:paraId="6CAB5877" w14:textId="77777777" w:rsidR="00737DBB" w:rsidRPr="00DF6588" w:rsidRDefault="00AB55FD">
      <w:pPr>
        <w:pStyle w:val="Naslov1"/>
        <w:spacing w:before="0" w:after="20"/>
        <w:rPr>
          <w:rFonts w:ascii="Arial" w:hAnsi="Arial" w:cs="Arial"/>
          <w:sz w:val="22"/>
          <w:szCs w:val="22"/>
        </w:rPr>
      </w:pPr>
      <w:r w:rsidRPr="00DF6588">
        <w:rPr>
          <w:rFonts w:ascii="Arial" w:hAnsi="Arial" w:cs="Arial"/>
          <w:sz w:val="22"/>
          <w:szCs w:val="22"/>
        </w:rPr>
        <w:t>2. PRIJAVA EKIP</w:t>
      </w:r>
    </w:p>
    <w:p w14:paraId="046DB024" w14:textId="0A1AE1A8" w:rsidR="00737DBB" w:rsidRPr="00DF6588" w:rsidRDefault="00DF6588">
      <w:pPr>
        <w:spacing w:after="20"/>
        <w:rPr>
          <w:rFonts w:cs="Arial"/>
          <w:sz w:val="22"/>
        </w:rPr>
      </w:pPr>
      <w:sdt>
        <w:sdtPr>
          <w:rPr>
            <w:rFonts w:cs="Arial"/>
            <w:sz w:val="22"/>
          </w:rPr>
          <w:id w:val="2038233052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F6588">
            <w:rPr>
              <w:rFonts w:ascii="Segoe UI Symbol" w:eastAsia="MS Gothic" w:hAnsi="Segoe UI Symbol" w:cs="Segoe UI Symbol"/>
              <w:sz w:val="22"/>
            </w:rPr>
            <w:t>☐</w:t>
          </w:r>
        </w:sdtContent>
      </w:sdt>
      <w:r w:rsidR="00AB55FD" w:rsidRPr="00DF6588">
        <w:rPr>
          <w:rFonts w:cs="Arial"/>
          <w:sz w:val="22"/>
        </w:rPr>
        <w:t>1. liga DP Slovenije - člani</w:t>
      </w:r>
    </w:p>
    <w:p w14:paraId="7F0AFF8F" w14:textId="063F3E34" w:rsidR="00737DBB" w:rsidRPr="00DF6588" w:rsidRDefault="00DF6588">
      <w:pPr>
        <w:spacing w:after="20"/>
        <w:rPr>
          <w:rFonts w:cs="Arial"/>
          <w:sz w:val="22"/>
        </w:rPr>
      </w:pPr>
      <w:sdt>
        <w:sdtPr>
          <w:rPr>
            <w:rFonts w:cs="Arial"/>
            <w:b/>
            <w:sz w:val="22"/>
          </w:rPr>
          <w:id w:val="-6990938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F6588">
            <w:rPr>
              <w:rFonts w:ascii="Segoe UI Symbol" w:eastAsia="MS Gothic" w:hAnsi="Segoe UI Symbol" w:cs="Segoe UI Symbol"/>
              <w:b/>
              <w:sz w:val="22"/>
            </w:rPr>
            <w:t>☐</w:t>
          </w:r>
        </w:sdtContent>
      </w:sdt>
      <w:r w:rsidR="00AB55FD" w:rsidRPr="00DF6588">
        <w:rPr>
          <w:rFonts w:cs="Arial"/>
          <w:b/>
          <w:sz w:val="22"/>
        </w:rPr>
        <w:t xml:space="preserve">  </w:t>
      </w:r>
      <w:r w:rsidR="00AB55FD" w:rsidRPr="00DF6588">
        <w:rPr>
          <w:rFonts w:cs="Arial"/>
          <w:sz w:val="22"/>
        </w:rPr>
        <w:t>2. liga DP Slovenije - člani</w:t>
      </w:r>
    </w:p>
    <w:p w14:paraId="63FB10C6" w14:textId="057AB117" w:rsidR="00737DBB" w:rsidRPr="00DF6588" w:rsidRDefault="00DF6588">
      <w:pPr>
        <w:spacing w:after="20"/>
        <w:rPr>
          <w:rFonts w:cs="Arial"/>
          <w:sz w:val="22"/>
        </w:rPr>
      </w:pPr>
      <w:sdt>
        <w:sdtPr>
          <w:rPr>
            <w:rFonts w:cs="Arial"/>
            <w:b/>
            <w:sz w:val="22"/>
          </w:rPr>
          <w:id w:val="2630094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F6588">
            <w:rPr>
              <w:rFonts w:ascii="Segoe UI Symbol" w:eastAsia="MS Gothic" w:hAnsi="Segoe UI Symbol" w:cs="Segoe UI Symbol"/>
              <w:b/>
              <w:sz w:val="22"/>
            </w:rPr>
            <w:t>☐</w:t>
          </w:r>
        </w:sdtContent>
      </w:sdt>
      <w:r w:rsidR="00AB55FD" w:rsidRPr="00DF6588">
        <w:rPr>
          <w:rFonts w:cs="Arial"/>
          <w:b/>
          <w:sz w:val="22"/>
        </w:rPr>
        <w:t xml:space="preserve">  </w:t>
      </w:r>
      <w:r w:rsidR="00AB55FD" w:rsidRPr="00DF6588">
        <w:rPr>
          <w:rFonts w:cs="Arial"/>
          <w:sz w:val="22"/>
        </w:rPr>
        <w:t>U17 - DP (2011/2012)</w:t>
      </w:r>
    </w:p>
    <w:p w14:paraId="31BF77A3" w14:textId="2C6DFE03" w:rsidR="00737DBB" w:rsidRPr="00DF6588" w:rsidRDefault="00DF6588">
      <w:pPr>
        <w:spacing w:after="20"/>
        <w:rPr>
          <w:rFonts w:cs="Arial"/>
          <w:sz w:val="22"/>
        </w:rPr>
      </w:pPr>
      <w:sdt>
        <w:sdtPr>
          <w:rPr>
            <w:rFonts w:cs="Arial"/>
            <w:b/>
            <w:sz w:val="22"/>
          </w:rPr>
          <w:id w:val="-952939337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F6588">
            <w:rPr>
              <w:rFonts w:ascii="Segoe UI Symbol" w:eastAsia="MS Gothic" w:hAnsi="Segoe UI Symbol" w:cs="Segoe UI Symbol"/>
              <w:b/>
              <w:sz w:val="22"/>
            </w:rPr>
            <w:t>☐</w:t>
          </w:r>
        </w:sdtContent>
      </w:sdt>
      <w:r w:rsidR="00AB55FD" w:rsidRPr="00DF6588">
        <w:rPr>
          <w:rFonts w:cs="Arial"/>
          <w:b/>
          <w:sz w:val="22"/>
        </w:rPr>
        <w:t xml:space="preserve">  </w:t>
      </w:r>
      <w:r w:rsidR="00AB55FD" w:rsidRPr="00DF6588">
        <w:rPr>
          <w:rFonts w:cs="Arial"/>
          <w:sz w:val="22"/>
        </w:rPr>
        <w:t>U15 - DP (2013/2014)</w:t>
      </w:r>
    </w:p>
    <w:p w14:paraId="195D7DC9" w14:textId="638DA0BF" w:rsidR="00737DBB" w:rsidRPr="00DF6588" w:rsidRDefault="00DF6588">
      <w:pPr>
        <w:spacing w:after="20"/>
        <w:rPr>
          <w:rFonts w:cs="Arial"/>
          <w:sz w:val="22"/>
        </w:rPr>
      </w:pPr>
      <w:sdt>
        <w:sdtPr>
          <w:rPr>
            <w:rFonts w:cs="Arial"/>
            <w:b/>
            <w:sz w:val="22"/>
          </w:rPr>
          <w:id w:val="-42510875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F6588">
            <w:rPr>
              <w:rFonts w:ascii="Segoe UI Symbol" w:eastAsia="MS Gothic" w:hAnsi="Segoe UI Symbol" w:cs="Segoe UI Symbol"/>
              <w:b/>
              <w:sz w:val="22"/>
            </w:rPr>
            <w:t>☐</w:t>
          </w:r>
        </w:sdtContent>
      </w:sdt>
      <w:r w:rsidR="00AB55FD" w:rsidRPr="00DF6588">
        <w:rPr>
          <w:rFonts w:cs="Arial"/>
          <w:b/>
          <w:sz w:val="22"/>
        </w:rPr>
        <w:t xml:space="preserve">  </w:t>
      </w:r>
      <w:r w:rsidR="00AB55FD" w:rsidRPr="00DF6588">
        <w:rPr>
          <w:rFonts w:cs="Arial"/>
          <w:sz w:val="22"/>
        </w:rPr>
        <w:t>U13 - DP (2015/2016)</w:t>
      </w:r>
    </w:p>
    <w:p w14:paraId="32AF4C21" w14:textId="530680DE" w:rsidR="00737DBB" w:rsidRPr="00DF6588" w:rsidRDefault="00DF6588">
      <w:pPr>
        <w:spacing w:after="20"/>
        <w:rPr>
          <w:rFonts w:cs="Arial"/>
          <w:sz w:val="22"/>
        </w:rPr>
      </w:pPr>
      <w:sdt>
        <w:sdtPr>
          <w:rPr>
            <w:rFonts w:cs="Arial"/>
            <w:b/>
            <w:sz w:val="22"/>
          </w:rPr>
          <w:id w:val="8277234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Pr="00DF6588">
            <w:rPr>
              <w:rFonts w:ascii="Segoe UI Symbol" w:eastAsia="MS Gothic" w:hAnsi="Segoe UI Symbol" w:cs="Segoe UI Symbol"/>
              <w:b/>
              <w:sz w:val="22"/>
            </w:rPr>
            <w:t>☐</w:t>
          </w:r>
        </w:sdtContent>
      </w:sdt>
      <w:r w:rsidR="00AB55FD" w:rsidRPr="00DF6588">
        <w:rPr>
          <w:rFonts w:cs="Arial"/>
          <w:b/>
          <w:sz w:val="22"/>
        </w:rPr>
        <w:t xml:space="preserve">  </w:t>
      </w:r>
      <w:r w:rsidR="00AB55FD" w:rsidRPr="00DF6588">
        <w:rPr>
          <w:rFonts w:cs="Arial"/>
          <w:sz w:val="22"/>
        </w:rPr>
        <w:t xml:space="preserve">U11 - </w:t>
      </w:r>
      <w:proofErr w:type="spellStart"/>
      <w:r w:rsidR="00AB55FD" w:rsidRPr="00DF6588">
        <w:rPr>
          <w:rFonts w:cs="Arial"/>
          <w:sz w:val="22"/>
        </w:rPr>
        <w:t>razvojno</w:t>
      </w:r>
      <w:proofErr w:type="spellEnd"/>
      <w:r w:rsidR="00AB55FD" w:rsidRPr="00DF6588">
        <w:rPr>
          <w:rFonts w:cs="Arial"/>
          <w:sz w:val="22"/>
        </w:rPr>
        <w:t xml:space="preserve"> ligaško tekmovanje mladih (ni uradno DP)</w:t>
      </w:r>
    </w:p>
    <w:p w14:paraId="0A086C1A" w14:textId="77777777" w:rsidR="00737DBB" w:rsidRPr="00DF6588" w:rsidRDefault="00AB55FD">
      <w:pPr>
        <w:pStyle w:val="Naslov1"/>
        <w:spacing w:before="0" w:after="20"/>
        <w:rPr>
          <w:rFonts w:ascii="Arial" w:hAnsi="Arial" w:cs="Arial"/>
          <w:sz w:val="22"/>
          <w:szCs w:val="22"/>
        </w:rPr>
      </w:pPr>
      <w:r w:rsidRPr="00DF6588">
        <w:rPr>
          <w:rFonts w:ascii="Arial" w:hAnsi="Arial" w:cs="Arial"/>
          <w:sz w:val="22"/>
          <w:szCs w:val="22"/>
        </w:rPr>
        <w:t>3. KONTAKTNA OSEBA ZA TEKMOVANJA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819"/>
        <w:gridCol w:w="4819"/>
      </w:tblGrid>
      <w:tr w:rsidR="00737DBB" w:rsidRPr="00DF6588" w14:paraId="592EBE4C" w14:textId="77777777">
        <w:tc>
          <w:tcPr>
            <w:tcW w:w="4819" w:type="dxa"/>
            <w:shd w:val="clear" w:color="auto" w:fill="EAF2F8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0027DA52" w14:textId="77777777" w:rsidR="00737DBB" w:rsidRPr="00DF6588" w:rsidRDefault="00AB55FD">
            <w:pPr>
              <w:rPr>
                <w:rFonts w:cs="Arial"/>
                <w:sz w:val="22"/>
              </w:rPr>
            </w:pPr>
            <w:r w:rsidRPr="00DF6588">
              <w:rPr>
                <w:rFonts w:cs="Arial"/>
                <w:b/>
                <w:sz w:val="22"/>
              </w:rPr>
              <w:t>Ime in priimek</w:t>
            </w:r>
          </w:p>
        </w:tc>
        <w:tc>
          <w:tcPr>
            <w:tcW w:w="4819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13EF2A19" w14:textId="77777777" w:rsidR="00737DBB" w:rsidRPr="00DF6588" w:rsidRDefault="00737DBB">
            <w:pPr>
              <w:rPr>
                <w:rFonts w:cs="Arial"/>
                <w:sz w:val="22"/>
              </w:rPr>
            </w:pPr>
          </w:p>
        </w:tc>
      </w:tr>
      <w:tr w:rsidR="00737DBB" w:rsidRPr="00DF6588" w14:paraId="5D02BD41" w14:textId="77777777">
        <w:tc>
          <w:tcPr>
            <w:tcW w:w="4819" w:type="dxa"/>
            <w:shd w:val="clear" w:color="auto" w:fill="EAF2F8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7147612C" w14:textId="77777777" w:rsidR="00737DBB" w:rsidRPr="00DF6588" w:rsidRDefault="00AB55FD">
            <w:pPr>
              <w:rPr>
                <w:rFonts w:cs="Arial"/>
                <w:sz w:val="22"/>
              </w:rPr>
            </w:pPr>
            <w:r w:rsidRPr="00DF6588">
              <w:rPr>
                <w:rFonts w:cs="Arial"/>
                <w:b/>
                <w:sz w:val="22"/>
              </w:rPr>
              <w:t>Telefon</w:t>
            </w:r>
          </w:p>
        </w:tc>
        <w:tc>
          <w:tcPr>
            <w:tcW w:w="4819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A67D928" w14:textId="77777777" w:rsidR="00737DBB" w:rsidRPr="00DF6588" w:rsidRDefault="00737DBB">
            <w:pPr>
              <w:rPr>
                <w:rFonts w:cs="Arial"/>
                <w:sz w:val="22"/>
              </w:rPr>
            </w:pPr>
          </w:p>
        </w:tc>
      </w:tr>
      <w:tr w:rsidR="00737DBB" w:rsidRPr="00DF6588" w14:paraId="532C4171" w14:textId="77777777">
        <w:tc>
          <w:tcPr>
            <w:tcW w:w="4819" w:type="dxa"/>
            <w:shd w:val="clear" w:color="auto" w:fill="EAF2F8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4D234BC4" w14:textId="77777777" w:rsidR="00737DBB" w:rsidRPr="00DF6588" w:rsidRDefault="00AB55FD">
            <w:pPr>
              <w:rPr>
                <w:rFonts w:cs="Arial"/>
                <w:sz w:val="22"/>
              </w:rPr>
            </w:pPr>
            <w:r w:rsidRPr="00DF6588">
              <w:rPr>
                <w:rFonts w:cs="Arial"/>
                <w:b/>
                <w:sz w:val="22"/>
              </w:rPr>
              <w:t>E-pošta</w:t>
            </w:r>
          </w:p>
        </w:tc>
        <w:tc>
          <w:tcPr>
            <w:tcW w:w="4819" w:type="dxa"/>
            <w:tcMar>
              <w:top w:w="100" w:type="dxa"/>
              <w:left w:w="120" w:type="dxa"/>
              <w:bottom w:w="100" w:type="dxa"/>
              <w:right w:w="120" w:type="dxa"/>
            </w:tcMar>
          </w:tcPr>
          <w:p w14:paraId="5E1E8048" w14:textId="77777777" w:rsidR="00737DBB" w:rsidRPr="00DF6588" w:rsidRDefault="00737DBB">
            <w:pPr>
              <w:rPr>
                <w:rFonts w:cs="Arial"/>
                <w:sz w:val="22"/>
              </w:rPr>
            </w:pPr>
          </w:p>
        </w:tc>
      </w:tr>
    </w:tbl>
    <w:p w14:paraId="63D76C7B" w14:textId="77777777" w:rsidR="00737DBB" w:rsidRPr="00DF6588" w:rsidRDefault="00AB55FD">
      <w:pPr>
        <w:pStyle w:val="Naslov1"/>
        <w:spacing w:before="0" w:after="20"/>
        <w:rPr>
          <w:rFonts w:ascii="Arial" w:hAnsi="Arial" w:cs="Arial"/>
          <w:sz w:val="22"/>
          <w:szCs w:val="22"/>
        </w:rPr>
      </w:pPr>
      <w:r w:rsidRPr="00DF6588">
        <w:rPr>
          <w:rFonts w:ascii="Arial" w:hAnsi="Arial" w:cs="Arial"/>
          <w:sz w:val="22"/>
          <w:szCs w:val="22"/>
        </w:rPr>
        <w:t>4. IZJAVA ZAKONITEGA ZASTOPNIKA</w:t>
      </w:r>
    </w:p>
    <w:p w14:paraId="5A69A21E" w14:textId="77777777" w:rsidR="00737DBB" w:rsidRPr="00DF6588" w:rsidRDefault="00AB55FD">
      <w:pPr>
        <w:spacing w:after="20"/>
        <w:rPr>
          <w:rFonts w:cs="Arial"/>
          <w:sz w:val="22"/>
        </w:rPr>
      </w:pPr>
      <w:r w:rsidRPr="00DF6588">
        <w:rPr>
          <w:rFonts w:cs="Arial"/>
          <w:sz w:val="22"/>
        </w:rPr>
        <w:t>S podpisom te prijavnice kot zakoniti zastopnik športnega društva potrjujem, da društvo prijavlja zgoraj navedeni klub oziroma ekipe v tekmovanja za sezono 2026/2027 ter da so navedeni podatki pravilni in resnični.</w:t>
      </w:r>
    </w:p>
    <w:p w14:paraId="217D4745" w14:textId="77777777" w:rsidR="00737DBB" w:rsidRPr="00DF6588" w:rsidRDefault="00AB55FD">
      <w:pPr>
        <w:spacing w:after="20"/>
        <w:rPr>
          <w:rFonts w:cs="Arial"/>
          <w:sz w:val="22"/>
        </w:rPr>
      </w:pPr>
      <w:r w:rsidRPr="00DF6588">
        <w:rPr>
          <w:rFonts w:cs="Arial"/>
          <w:sz w:val="22"/>
        </w:rPr>
        <w:t>Potrjujem, da je klub seznanjen z razpisom in spremljajočo dokumentacijo IRHZS ter da bo pravočasno uredil registracije igralcev in zahtevano dokumentacijo, vključno z dokazili o zdravstveni sposobnosti, protidopinško dokumentacijo in dokumentacijo za mladoletne igralce.</w:t>
      </w:r>
    </w:p>
    <w:p w14:paraId="5E23EAE5" w14:textId="77777777" w:rsidR="00737DBB" w:rsidRPr="00DF6588" w:rsidRDefault="00AB55FD">
      <w:pPr>
        <w:spacing w:after="20"/>
        <w:rPr>
          <w:rFonts w:cs="Arial"/>
          <w:sz w:val="22"/>
        </w:rPr>
      </w:pPr>
      <w:r w:rsidRPr="00DF6588">
        <w:rPr>
          <w:rFonts w:cs="Arial"/>
          <w:sz w:val="22"/>
        </w:rPr>
        <w:t>Klub je seznanjen, da igralci nastopajo na lastno odgovornost in da morajo pred nastopom izpolnjevati vse pogoje za nastop.</w:t>
      </w:r>
    </w:p>
    <w:p w14:paraId="22F74250" w14:textId="77777777" w:rsidR="00737DBB" w:rsidRPr="00DF6588" w:rsidRDefault="00AB55FD">
      <w:pPr>
        <w:spacing w:after="20"/>
        <w:rPr>
          <w:rFonts w:cs="Arial"/>
          <w:sz w:val="22"/>
        </w:rPr>
      </w:pPr>
      <w:r w:rsidRPr="00DF6588">
        <w:rPr>
          <w:rFonts w:cs="Arial"/>
          <w:sz w:val="22"/>
        </w:rPr>
        <w:t>Kraj in datum: ____________________________________</w:t>
      </w:r>
    </w:p>
    <w:p w14:paraId="02B7B8DB" w14:textId="77777777" w:rsidR="00737DBB" w:rsidRPr="00DF6588" w:rsidRDefault="00AB55FD">
      <w:pPr>
        <w:spacing w:after="20"/>
        <w:rPr>
          <w:rFonts w:cs="Arial"/>
          <w:sz w:val="22"/>
        </w:rPr>
      </w:pPr>
      <w:r w:rsidRPr="00DF6588">
        <w:rPr>
          <w:rFonts w:cs="Arial"/>
          <w:sz w:val="22"/>
        </w:rPr>
        <w:t>Ime in priimek zakonitega zastopnika: ____________________________________</w:t>
      </w:r>
    </w:p>
    <w:p w14:paraId="5D3B491A" w14:textId="77777777" w:rsidR="00737DBB" w:rsidRPr="00DF6588" w:rsidRDefault="00AB55FD">
      <w:pPr>
        <w:spacing w:after="20"/>
        <w:rPr>
          <w:rFonts w:cs="Arial"/>
          <w:sz w:val="22"/>
        </w:rPr>
      </w:pPr>
      <w:r w:rsidRPr="00DF6588">
        <w:rPr>
          <w:rFonts w:cs="Arial"/>
          <w:sz w:val="22"/>
        </w:rPr>
        <w:t>Podpis zakonitega zastopnika: ____________________________________________</w:t>
      </w:r>
    </w:p>
    <w:p w14:paraId="46705658" w14:textId="77777777" w:rsidR="00737DBB" w:rsidRPr="00DF6588" w:rsidRDefault="00AB55FD">
      <w:pPr>
        <w:spacing w:after="20"/>
        <w:rPr>
          <w:rFonts w:cs="Arial"/>
          <w:sz w:val="22"/>
        </w:rPr>
      </w:pPr>
      <w:r w:rsidRPr="00DF6588">
        <w:rPr>
          <w:rFonts w:cs="Arial"/>
          <w:sz w:val="22"/>
        </w:rPr>
        <w:t>Žig športnega društva:</w:t>
      </w:r>
    </w:p>
    <w:p w14:paraId="5EAD4E06" w14:textId="77777777" w:rsidR="00737DBB" w:rsidRPr="00DF6588" w:rsidRDefault="00AB55FD">
      <w:pPr>
        <w:spacing w:after="20"/>
        <w:rPr>
          <w:rFonts w:cs="Arial"/>
          <w:sz w:val="22"/>
        </w:rPr>
      </w:pPr>
      <w:r w:rsidRPr="00DF6588">
        <w:rPr>
          <w:rFonts w:cs="Arial"/>
          <w:sz w:val="22"/>
        </w:rPr>
        <w:t>Prijavnico mora podpisati zakoniti zastopnik športnega društva, v okviru katerega deluje klub, ki se prijavlja v tekmovanje.</w:t>
      </w:r>
    </w:p>
    <w:sectPr w:rsidR="00737DBB" w:rsidRPr="00DF6588" w:rsidSect="00034616">
      <w:pgSz w:w="11906" w:h="16838"/>
      <w:pgMar w:top="340" w:right="850" w:bottom="340" w:left="85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Otevilenseznam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Otevilenseznam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Oznaenseznam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Oznaenseznam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Otevilenseznam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Oznaenseznam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827089144">
    <w:abstractNumId w:val="8"/>
  </w:num>
  <w:num w:numId="2" w16cid:durableId="1207988655">
    <w:abstractNumId w:val="6"/>
  </w:num>
  <w:num w:numId="3" w16cid:durableId="660734869">
    <w:abstractNumId w:val="5"/>
  </w:num>
  <w:num w:numId="4" w16cid:durableId="2129856147">
    <w:abstractNumId w:val="4"/>
  </w:num>
  <w:num w:numId="5" w16cid:durableId="742533210">
    <w:abstractNumId w:val="7"/>
  </w:num>
  <w:num w:numId="6" w16cid:durableId="525602562">
    <w:abstractNumId w:val="3"/>
  </w:num>
  <w:num w:numId="7" w16cid:durableId="905385229">
    <w:abstractNumId w:val="2"/>
  </w:num>
  <w:num w:numId="8" w16cid:durableId="674648664">
    <w:abstractNumId w:val="1"/>
  </w:num>
  <w:num w:numId="9" w16cid:durableId="11894439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737DBB"/>
    <w:rsid w:val="007B293B"/>
    <w:rsid w:val="00AA1D8D"/>
    <w:rsid w:val="00AB55FD"/>
    <w:rsid w:val="00B47730"/>
    <w:rsid w:val="00CB0664"/>
    <w:rsid w:val="00DF6588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7984B745"/>
  <w14:defaultImageDpi w14:val="300"/>
  <w15:docId w15:val="{9301ACEA-7B70-4047-9795-668A2E0D8D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avaden">
    <w:name w:val="Normal"/>
    <w:qFormat/>
    <w:rsid w:val="00FC693F"/>
    <w:pPr>
      <w:spacing w:after="40" w:line="259" w:lineRule="auto"/>
    </w:pPr>
    <w:rPr>
      <w:rFonts w:ascii="Arial" w:hAnsi="Arial"/>
      <w:sz w:val="17"/>
    </w:rPr>
  </w:style>
  <w:style w:type="paragraph" w:styleId="Naslov1">
    <w:name w:val="heading 1"/>
    <w:basedOn w:val="Navaden"/>
    <w:next w:val="Navaden"/>
    <w:link w:val="Naslov1Znak"/>
    <w:uiPriority w:val="9"/>
    <w:qFormat/>
    <w:rsid w:val="00FC693F"/>
    <w:pPr>
      <w:keepNext/>
      <w:keepLines/>
      <w:spacing w:before="140"/>
      <w:outlineLvl w:val="0"/>
    </w:pPr>
    <w:rPr>
      <w:rFonts w:asciiTheme="majorHAnsi" w:eastAsiaTheme="majorEastAsia" w:hAnsiTheme="majorHAnsi" w:cstheme="majorBidi"/>
      <w:b/>
      <w:bCs/>
      <w:sz w:val="23"/>
      <w:szCs w:val="28"/>
    </w:rPr>
  </w:style>
  <w:style w:type="paragraph" w:styleId="Naslov2">
    <w:name w:val="heading 2"/>
    <w:basedOn w:val="Navaden"/>
    <w:next w:val="Navaden"/>
    <w:link w:val="Naslov2Znak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sz w:val="22"/>
      <w:szCs w:val="26"/>
    </w:rPr>
  </w:style>
  <w:style w:type="paragraph" w:styleId="Naslov3">
    <w:name w:val="heading 3"/>
    <w:basedOn w:val="Navaden"/>
    <w:next w:val="Navaden"/>
    <w:link w:val="Naslov3Znak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4">
    <w:name w:val="heading 4"/>
    <w:basedOn w:val="Navaden"/>
    <w:next w:val="Navaden"/>
    <w:link w:val="Naslov4Znak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Naslov5">
    <w:name w:val="heading 5"/>
    <w:basedOn w:val="Navaden"/>
    <w:next w:val="Navaden"/>
    <w:link w:val="Naslov5Znak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Naslov6">
    <w:name w:val="heading 6"/>
    <w:basedOn w:val="Navaden"/>
    <w:next w:val="Navaden"/>
    <w:link w:val="Naslov6Znak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Naslov7">
    <w:name w:val="heading 7"/>
    <w:basedOn w:val="Navaden"/>
    <w:next w:val="Navaden"/>
    <w:link w:val="Naslov7Znak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slov8">
    <w:name w:val="heading 8"/>
    <w:basedOn w:val="Navaden"/>
    <w:next w:val="Navaden"/>
    <w:link w:val="Naslov8Znak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Naslov9">
    <w:name w:val="heading 9"/>
    <w:basedOn w:val="Navaden"/>
    <w:next w:val="Navaden"/>
    <w:link w:val="Naslov9Znak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Privzetapisavaodstavka">
    <w:name w:val="Default Paragraph Font"/>
    <w:uiPriority w:val="1"/>
    <w:semiHidden/>
    <w:unhideWhenUsed/>
  </w:style>
  <w:style w:type="table" w:default="1" w:styleId="Navadnatabe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rezseznama">
    <w:name w:val="No List"/>
    <w:uiPriority w:val="99"/>
    <w:semiHidden/>
    <w:unhideWhenUsed/>
  </w:style>
  <w:style w:type="paragraph" w:styleId="Glava">
    <w:name w:val="header"/>
    <w:basedOn w:val="Navaden"/>
    <w:link w:val="Glav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GlavaZnak">
    <w:name w:val="Glava Znak"/>
    <w:basedOn w:val="Privzetapisavaodstavka"/>
    <w:link w:val="Glava"/>
    <w:uiPriority w:val="99"/>
    <w:rsid w:val="00E618BF"/>
  </w:style>
  <w:style w:type="paragraph" w:styleId="Noga">
    <w:name w:val="footer"/>
    <w:basedOn w:val="Navaden"/>
    <w:link w:val="NogaZnak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NogaZnak">
    <w:name w:val="Noga Znak"/>
    <w:basedOn w:val="Privzetapisavaodstavka"/>
    <w:link w:val="Noga"/>
    <w:uiPriority w:val="99"/>
    <w:rsid w:val="00E618BF"/>
  </w:style>
  <w:style w:type="paragraph" w:styleId="Brezrazmikov">
    <w:name w:val="No Spacing"/>
    <w:uiPriority w:val="1"/>
    <w:qFormat/>
    <w:rsid w:val="00FC693F"/>
    <w:pPr>
      <w:spacing w:after="0" w:line="240" w:lineRule="auto"/>
    </w:pPr>
  </w:style>
  <w:style w:type="character" w:customStyle="1" w:styleId="Naslov1Znak">
    <w:name w:val="Naslov 1 Znak"/>
    <w:basedOn w:val="Privzetapisavaodstavka"/>
    <w:link w:val="Naslov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slov2Znak">
    <w:name w:val="Naslov 2 Znak"/>
    <w:basedOn w:val="Privzetapisavaodstavka"/>
    <w:link w:val="Naslov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Naslov3Znak">
    <w:name w:val="Naslov 3 Znak"/>
    <w:basedOn w:val="Privzetapisavaodstavka"/>
    <w:link w:val="Naslov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Naslov">
    <w:name w:val="Title"/>
    <w:basedOn w:val="Navaden"/>
    <w:next w:val="Navaden"/>
    <w:link w:val="NaslovZnak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b/>
      <w:spacing w:val="5"/>
      <w:kern w:val="28"/>
      <w:sz w:val="36"/>
      <w:szCs w:val="52"/>
    </w:rPr>
  </w:style>
  <w:style w:type="character" w:customStyle="1" w:styleId="NaslovZnak">
    <w:name w:val="Naslov Znak"/>
    <w:basedOn w:val="Privzetapisavaodstavka"/>
    <w:link w:val="Naslov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Podnaslov">
    <w:name w:val="Subtitle"/>
    <w:basedOn w:val="Navaden"/>
    <w:next w:val="Navaden"/>
    <w:link w:val="PodnaslovZnak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PodnaslovZnak">
    <w:name w:val="Podnaslov Znak"/>
    <w:basedOn w:val="Privzetapisavaodstavka"/>
    <w:link w:val="Podnaslov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Odstavekseznama">
    <w:name w:val="List Paragraph"/>
    <w:basedOn w:val="Navaden"/>
    <w:uiPriority w:val="34"/>
    <w:qFormat/>
    <w:rsid w:val="00FC693F"/>
    <w:pPr>
      <w:ind w:left="720"/>
      <w:contextualSpacing/>
    </w:pPr>
  </w:style>
  <w:style w:type="paragraph" w:styleId="Telobesedila">
    <w:name w:val="Body Text"/>
    <w:basedOn w:val="Navaden"/>
    <w:link w:val="TelobesedilaZnak"/>
    <w:uiPriority w:val="99"/>
    <w:unhideWhenUsed/>
    <w:rsid w:val="00AA1D8D"/>
    <w:pPr>
      <w:spacing w:after="120"/>
    </w:pPr>
  </w:style>
  <w:style w:type="character" w:customStyle="1" w:styleId="TelobesedilaZnak">
    <w:name w:val="Telo besedila Znak"/>
    <w:basedOn w:val="Privzetapisavaodstavka"/>
    <w:link w:val="Telobesedila"/>
    <w:uiPriority w:val="99"/>
    <w:rsid w:val="00AA1D8D"/>
  </w:style>
  <w:style w:type="paragraph" w:styleId="Telobesedila2">
    <w:name w:val="Body Text 2"/>
    <w:basedOn w:val="Navaden"/>
    <w:link w:val="Telobesedila2Znak"/>
    <w:uiPriority w:val="99"/>
    <w:unhideWhenUsed/>
    <w:rsid w:val="00AA1D8D"/>
    <w:pPr>
      <w:spacing w:after="120" w:line="480" w:lineRule="auto"/>
    </w:pPr>
  </w:style>
  <w:style w:type="character" w:customStyle="1" w:styleId="Telobesedila2Znak">
    <w:name w:val="Telo besedila 2 Znak"/>
    <w:basedOn w:val="Privzetapisavaodstavka"/>
    <w:link w:val="Telobesedila2"/>
    <w:uiPriority w:val="99"/>
    <w:rsid w:val="00AA1D8D"/>
  </w:style>
  <w:style w:type="paragraph" w:styleId="Telobesedila3">
    <w:name w:val="Body Text 3"/>
    <w:basedOn w:val="Navaden"/>
    <w:link w:val="Telobesedila3Znak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Telobesedila3Znak">
    <w:name w:val="Telo besedila 3 Znak"/>
    <w:basedOn w:val="Privzetapisavaodstavka"/>
    <w:link w:val="Telobesedila3"/>
    <w:uiPriority w:val="99"/>
    <w:rsid w:val="00AA1D8D"/>
    <w:rPr>
      <w:sz w:val="16"/>
      <w:szCs w:val="16"/>
    </w:rPr>
  </w:style>
  <w:style w:type="paragraph" w:styleId="Seznam">
    <w:name w:val="List"/>
    <w:basedOn w:val="Navaden"/>
    <w:uiPriority w:val="99"/>
    <w:unhideWhenUsed/>
    <w:rsid w:val="00AA1D8D"/>
    <w:pPr>
      <w:ind w:left="360" w:hanging="360"/>
      <w:contextualSpacing/>
    </w:pPr>
  </w:style>
  <w:style w:type="paragraph" w:styleId="Seznam2">
    <w:name w:val="List 2"/>
    <w:basedOn w:val="Navaden"/>
    <w:uiPriority w:val="99"/>
    <w:unhideWhenUsed/>
    <w:rsid w:val="00326F90"/>
    <w:pPr>
      <w:ind w:left="720" w:hanging="360"/>
      <w:contextualSpacing/>
    </w:pPr>
  </w:style>
  <w:style w:type="paragraph" w:styleId="Seznam3">
    <w:name w:val="List 3"/>
    <w:basedOn w:val="Navaden"/>
    <w:uiPriority w:val="99"/>
    <w:unhideWhenUsed/>
    <w:rsid w:val="00326F90"/>
    <w:pPr>
      <w:ind w:left="1080" w:hanging="360"/>
      <w:contextualSpacing/>
    </w:pPr>
  </w:style>
  <w:style w:type="paragraph" w:styleId="Oznaenseznam">
    <w:name w:val="List Bullet"/>
    <w:basedOn w:val="Navaden"/>
    <w:uiPriority w:val="99"/>
    <w:unhideWhenUsed/>
    <w:rsid w:val="00326F90"/>
    <w:pPr>
      <w:numPr>
        <w:numId w:val="1"/>
      </w:numPr>
      <w:contextualSpacing/>
    </w:pPr>
  </w:style>
  <w:style w:type="paragraph" w:styleId="Oznaenseznam2">
    <w:name w:val="List Bullet 2"/>
    <w:basedOn w:val="Navaden"/>
    <w:uiPriority w:val="99"/>
    <w:unhideWhenUsed/>
    <w:rsid w:val="00326F90"/>
    <w:pPr>
      <w:numPr>
        <w:numId w:val="2"/>
      </w:numPr>
      <w:contextualSpacing/>
    </w:pPr>
  </w:style>
  <w:style w:type="paragraph" w:styleId="Oznaenseznam3">
    <w:name w:val="List Bullet 3"/>
    <w:basedOn w:val="Navaden"/>
    <w:uiPriority w:val="99"/>
    <w:unhideWhenUsed/>
    <w:rsid w:val="00326F90"/>
    <w:pPr>
      <w:numPr>
        <w:numId w:val="3"/>
      </w:numPr>
      <w:contextualSpacing/>
    </w:pPr>
  </w:style>
  <w:style w:type="paragraph" w:styleId="Otevilenseznam">
    <w:name w:val="List Number"/>
    <w:basedOn w:val="Navaden"/>
    <w:uiPriority w:val="99"/>
    <w:unhideWhenUsed/>
    <w:rsid w:val="00326F90"/>
    <w:pPr>
      <w:numPr>
        <w:numId w:val="5"/>
      </w:numPr>
      <w:contextualSpacing/>
    </w:pPr>
  </w:style>
  <w:style w:type="paragraph" w:styleId="Otevilenseznam2">
    <w:name w:val="List Number 2"/>
    <w:basedOn w:val="Navaden"/>
    <w:uiPriority w:val="99"/>
    <w:unhideWhenUsed/>
    <w:rsid w:val="0029639D"/>
    <w:pPr>
      <w:numPr>
        <w:numId w:val="6"/>
      </w:numPr>
      <w:contextualSpacing/>
    </w:pPr>
  </w:style>
  <w:style w:type="paragraph" w:styleId="Otevilenseznam3">
    <w:name w:val="List Number 3"/>
    <w:basedOn w:val="Navaden"/>
    <w:uiPriority w:val="99"/>
    <w:unhideWhenUsed/>
    <w:rsid w:val="0029639D"/>
    <w:pPr>
      <w:numPr>
        <w:numId w:val="7"/>
      </w:numPr>
      <w:contextualSpacing/>
    </w:pPr>
  </w:style>
  <w:style w:type="paragraph" w:styleId="Seznam-nadaljevanje">
    <w:name w:val="List Continue"/>
    <w:basedOn w:val="Navaden"/>
    <w:uiPriority w:val="99"/>
    <w:unhideWhenUsed/>
    <w:rsid w:val="0029639D"/>
    <w:pPr>
      <w:spacing w:after="120"/>
      <w:ind w:left="360"/>
      <w:contextualSpacing/>
    </w:pPr>
  </w:style>
  <w:style w:type="paragraph" w:styleId="Seznam-nadaljevanje2">
    <w:name w:val="List Continue 2"/>
    <w:basedOn w:val="Navaden"/>
    <w:uiPriority w:val="99"/>
    <w:unhideWhenUsed/>
    <w:rsid w:val="0029639D"/>
    <w:pPr>
      <w:spacing w:after="120"/>
      <w:ind w:left="720"/>
      <w:contextualSpacing/>
    </w:pPr>
  </w:style>
  <w:style w:type="paragraph" w:styleId="Seznam-nadaljevanje3">
    <w:name w:val="List Continue 3"/>
    <w:basedOn w:val="Navaden"/>
    <w:uiPriority w:val="99"/>
    <w:unhideWhenUsed/>
    <w:rsid w:val="0029639D"/>
    <w:pPr>
      <w:spacing w:after="120"/>
      <w:ind w:left="1080"/>
      <w:contextualSpacing/>
    </w:pPr>
  </w:style>
  <w:style w:type="paragraph" w:styleId="Makrobesedilo">
    <w:name w:val="macro"/>
    <w:link w:val="MakrobesediloZnak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besediloZnak">
    <w:name w:val="Makro besedilo Znak"/>
    <w:basedOn w:val="Privzetapisavaodstavka"/>
    <w:link w:val="Makrobesedilo"/>
    <w:uiPriority w:val="99"/>
    <w:rsid w:val="0029639D"/>
    <w:rPr>
      <w:rFonts w:ascii="Courier" w:hAnsi="Courier"/>
      <w:sz w:val="20"/>
      <w:szCs w:val="20"/>
    </w:rPr>
  </w:style>
  <w:style w:type="paragraph" w:styleId="Citat">
    <w:name w:val="Quote"/>
    <w:basedOn w:val="Navaden"/>
    <w:next w:val="Navaden"/>
    <w:link w:val="CitatZnak"/>
    <w:uiPriority w:val="29"/>
    <w:qFormat/>
    <w:rsid w:val="00FC693F"/>
    <w:rPr>
      <w:i/>
      <w:iCs/>
      <w:color w:val="000000" w:themeColor="text1"/>
    </w:rPr>
  </w:style>
  <w:style w:type="character" w:customStyle="1" w:styleId="CitatZnak">
    <w:name w:val="Citat Znak"/>
    <w:basedOn w:val="Privzetapisavaodstavka"/>
    <w:link w:val="Citat"/>
    <w:uiPriority w:val="29"/>
    <w:rsid w:val="00FC693F"/>
    <w:rPr>
      <w:i/>
      <w:iCs/>
      <w:color w:val="000000" w:themeColor="text1"/>
    </w:rPr>
  </w:style>
  <w:style w:type="character" w:customStyle="1" w:styleId="Naslov4Znak">
    <w:name w:val="Naslov 4 Znak"/>
    <w:basedOn w:val="Privzetapisavaodstavka"/>
    <w:link w:val="Naslov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Naslov5Znak">
    <w:name w:val="Naslov 5 Znak"/>
    <w:basedOn w:val="Privzetapisavaodstavka"/>
    <w:link w:val="Naslov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Naslov6Znak">
    <w:name w:val="Naslov 6 Znak"/>
    <w:basedOn w:val="Privzetapisavaodstavka"/>
    <w:link w:val="Naslov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Naslov7Znak">
    <w:name w:val="Naslov 7 Znak"/>
    <w:basedOn w:val="Privzetapisavaodstavka"/>
    <w:link w:val="Naslov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Naslov8Znak">
    <w:name w:val="Naslov 8 Znak"/>
    <w:basedOn w:val="Privzetapisavaodstavka"/>
    <w:link w:val="Naslov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Naslov9Znak">
    <w:name w:val="Naslov 9 Znak"/>
    <w:basedOn w:val="Privzetapisavaodstavka"/>
    <w:link w:val="Naslov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apis">
    <w:name w:val="caption"/>
    <w:basedOn w:val="Navaden"/>
    <w:next w:val="Navaden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Krepko">
    <w:name w:val="Strong"/>
    <w:basedOn w:val="Privzetapisavaodstavka"/>
    <w:uiPriority w:val="22"/>
    <w:qFormat/>
    <w:rsid w:val="00FC693F"/>
    <w:rPr>
      <w:b/>
      <w:bCs/>
    </w:rPr>
  </w:style>
  <w:style w:type="character" w:styleId="Poudarek">
    <w:name w:val="Emphasis"/>
    <w:basedOn w:val="Privzetapisavaodstavka"/>
    <w:uiPriority w:val="20"/>
    <w:qFormat/>
    <w:rsid w:val="00FC693F"/>
    <w:rPr>
      <w:i/>
      <w:iCs/>
    </w:rPr>
  </w:style>
  <w:style w:type="paragraph" w:styleId="Intenzivencitat">
    <w:name w:val="Intense Quote"/>
    <w:basedOn w:val="Navaden"/>
    <w:next w:val="Navaden"/>
    <w:link w:val="IntenzivencitatZnak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zivencitatZnak">
    <w:name w:val="Intenziven citat Znak"/>
    <w:basedOn w:val="Privzetapisavaodstavka"/>
    <w:link w:val="Intenzivencitat"/>
    <w:uiPriority w:val="30"/>
    <w:rsid w:val="00FC693F"/>
    <w:rPr>
      <w:b/>
      <w:bCs/>
      <w:i/>
      <w:iCs/>
      <w:color w:val="4F81BD" w:themeColor="accent1"/>
    </w:rPr>
  </w:style>
  <w:style w:type="character" w:styleId="Neenpoudarek">
    <w:name w:val="Subtle Emphasis"/>
    <w:basedOn w:val="Privzetapisavaodstavka"/>
    <w:uiPriority w:val="19"/>
    <w:qFormat/>
    <w:rsid w:val="00FC693F"/>
    <w:rPr>
      <w:i/>
      <w:iCs/>
      <w:color w:val="808080" w:themeColor="text1" w:themeTint="7F"/>
    </w:rPr>
  </w:style>
  <w:style w:type="character" w:styleId="Intenzivenpoudarek">
    <w:name w:val="Intense Emphasis"/>
    <w:basedOn w:val="Privzetapisavaodstavka"/>
    <w:uiPriority w:val="21"/>
    <w:qFormat/>
    <w:rsid w:val="00FC693F"/>
    <w:rPr>
      <w:b/>
      <w:bCs/>
      <w:i/>
      <w:iCs/>
      <w:color w:val="4F81BD" w:themeColor="accent1"/>
    </w:rPr>
  </w:style>
  <w:style w:type="character" w:styleId="Neensklic">
    <w:name w:val="Subtle Reference"/>
    <w:basedOn w:val="Privzetapisavaodstavka"/>
    <w:uiPriority w:val="31"/>
    <w:qFormat/>
    <w:rsid w:val="00FC693F"/>
    <w:rPr>
      <w:smallCaps/>
      <w:color w:val="C0504D" w:themeColor="accent2"/>
      <w:u w:val="single"/>
    </w:rPr>
  </w:style>
  <w:style w:type="character" w:styleId="Intenzivensklic">
    <w:name w:val="Intense Reference"/>
    <w:basedOn w:val="Privzetapisavaodstavka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Naslovknjige">
    <w:name w:val="Book Title"/>
    <w:basedOn w:val="Privzetapisavaodstavka"/>
    <w:uiPriority w:val="33"/>
    <w:qFormat/>
    <w:rsid w:val="00FC693F"/>
    <w:rPr>
      <w:b/>
      <w:bCs/>
      <w:smallCaps/>
      <w:spacing w:val="5"/>
    </w:rPr>
  </w:style>
  <w:style w:type="paragraph" w:styleId="NaslovTOC">
    <w:name w:val="TOC Heading"/>
    <w:basedOn w:val="Naslov1"/>
    <w:next w:val="Navaden"/>
    <w:uiPriority w:val="39"/>
    <w:semiHidden/>
    <w:unhideWhenUsed/>
    <w:qFormat/>
    <w:rsid w:val="00FC693F"/>
    <w:pPr>
      <w:outlineLvl w:val="9"/>
    </w:pPr>
  </w:style>
  <w:style w:type="table" w:styleId="Tabelamrea">
    <w:name w:val="Table Grid"/>
    <w:basedOn w:val="Navadnatabela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vetlosenenje">
    <w:name w:val="Light Shading"/>
    <w:basedOn w:val="Navadnatabela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etlosenenjepoudarek1">
    <w:name w:val="Light Shading Accent 1"/>
    <w:basedOn w:val="Navadnatabela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etlosenenjepoudarek2">
    <w:name w:val="Light Shading Accent 2"/>
    <w:basedOn w:val="Navadnatabela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etlosenenjepoudarek3">
    <w:name w:val="Light Shading Accent 3"/>
    <w:basedOn w:val="Navadnatabela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etlosenenjepoudarek4">
    <w:name w:val="Light Shading Accent 4"/>
    <w:basedOn w:val="Navadnatabela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etlosenenjepoudarek5">
    <w:name w:val="Light Shading Accent 5"/>
    <w:basedOn w:val="Navadnatabela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etlosenenjepoudarek6">
    <w:name w:val="Light Shading Accent 6"/>
    <w:basedOn w:val="Navadnatabela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Svetelseznam">
    <w:name w:val="Light List"/>
    <w:basedOn w:val="Navadnatabel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Svetelseznampoudarek1">
    <w:name w:val="Light List Accent 1"/>
    <w:basedOn w:val="Navadnatabela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Svetelseznampoudarek2">
    <w:name w:val="Light List Accent 2"/>
    <w:basedOn w:val="Navadnatabe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Svetelseznampoudarek3">
    <w:name w:val="Light List Accent 3"/>
    <w:basedOn w:val="Navadnatabe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Svetelseznampoudarek4">
    <w:name w:val="Light List Accent 4"/>
    <w:basedOn w:val="Navadnatabe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Svetelseznampoudarek5">
    <w:name w:val="Light List Accent 5"/>
    <w:basedOn w:val="Navadnatabe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Svetelseznampoudarek6">
    <w:name w:val="Light List Accent 6"/>
    <w:basedOn w:val="Navadnatabela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Svetlamrea">
    <w:name w:val="Light Grid"/>
    <w:basedOn w:val="Navadnatabe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Svetlamreapoudarek1">
    <w:name w:val="Light Grid Accent 1"/>
    <w:basedOn w:val="Navadnatabe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Svetlamreapoudarek2">
    <w:name w:val="Light Grid Accent 2"/>
    <w:basedOn w:val="Navadnatabe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Svetlamreapoudarek3">
    <w:name w:val="Light Grid Accent 3"/>
    <w:basedOn w:val="Navadnatabe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Svetlamreapoudarek4">
    <w:name w:val="Light Grid Accent 4"/>
    <w:basedOn w:val="Navadnatabe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Svetlamreapoudarek5">
    <w:name w:val="Light Grid Accent 5"/>
    <w:basedOn w:val="Navadnatabe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Svetlamreapoudarek6">
    <w:name w:val="Light Grid Accent 6"/>
    <w:basedOn w:val="Navadnatabela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rednjesenenje1">
    <w:name w:val="Medium Shading 1"/>
    <w:basedOn w:val="Navadnatabe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1poudarek1">
    <w:name w:val="Medium Shading 1 Accent 1"/>
    <w:basedOn w:val="Navadnatabe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1poudarek2">
    <w:name w:val="Medium Shading 1 Accent 2"/>
    <w:basedOn w:val="Navadnatabe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1poudarek3">
    <w:name w:val="Medium Shading 1 Accent 3"/>
    <w:basedOn w:val="Navadnatabe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1poudarek4">
    <w:name w:val="Medium Shading 1 Accent 4"/>
    <w:basedOn w:val="Navadnatabe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1poudarek5">
    <w:name w:val="Medium Shading 1 Accent 5"/>
    <w:basedOn w:val="Navadnatabe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1poudarek6">
    <w:name w:val="Medium Shading 1 Accent 6"/>
    <w:basedOn w:val="Navadnatabela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enenje2">
    <w:name w:val="Medium Shading 2"/>
    <w:basedOn w:val="Navadnatabe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enenje2poudarek1">
    <w:name w:val="Medium Shading 2 Accent 1"/>
    <w:basedOn w:val="Navadnatabe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enenje2poudarek2">
    <w:name w:val="Medium Shading 2 Accent 2"/>
    <w:basedOn w:val="Navadnatabe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enenje2poudarek3">
    <w:name w:val="Medium Shading 2 Accent 3"/>
    <w:basedOn w:val="Navadnatabe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enenje2poudarek4">
    <w:name w:val="Medium Shading 2 Accent 4"/>
    <w:basedOn w:val="Navadnatabe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enenje2poudarek5">
    <w:name w:val="Medium Shading 2 Accent 5"/>
    <w:basedOn w:val="Navadnatabe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esenenje2poudarek6">
    <w:name w:val="Medium Shading 2 Accent 6"/>
    <w:basedOn w:val="Navadnatabela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rednjiseznam1">
    <w:name w:val="Medium List 1"/>
    <w:basedOn w:val="Navadnatabe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seznam1poudarek1">
    <w:name w:val="Medium List 1 Accent 1"/>
    <w:basedOn w:val="Navadnatabe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seznam1poudarek2">
    <w:name w:val="Medium List 1 Accent 2"/>
    <w:basedOn w:val="Navadnatabe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seznam1poudarek3">
    <w:name w:val="Medium List 1 Accent 3"/>
    <w:basedOn w:val="Navadnatabe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seznam1poudarek4">
    <w:name w:val="Medium List 1 Accent 4"/>
    <w:basedOn w:val="Navadnatabe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seznam1poudarek5">
    <w:name w:val="Medium List 1 Accent 5"/>
    <w:basedOn w:val="Navadnatabe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seznam1poudarek6">
    <w:name w:val="Medium List 1 Accent 6"/>
    <w:basedOn w:val="Navadnatabela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seznam2">
    <w:name w:val="Medium List 2"/>
    <w:basedOn w:val="Navadnatabe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seznam2poudarek1">
    <w:name w:val="Medium List 2 Accent 1"/>
    <w:basedOn w:val="Navadnatabe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seznam2poudarek2">
    <w:name w:val="Medium List 2 Accent 2"/>
    <w:basedOn w:val="Navadnatabe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seznam2poudarek3">
    <w:name w:val="Medium List 2 Accent 3"/>
    <w:basedOn w:val="Navadnatabe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seznam2poudarek4">
    <w:name w:val="Medium List 2 Accent 4"/>
    <w:basedOn w:val="Navadnatabe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seznam2poudarek5">
    <w:name w:val="Medium List 2 Accent 5"/>
    <w:basedOn w:val="Navadnatabe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seznam2poudarek6">
    <w:name w:val="Medium List 2 Accent 6"/>
    <w:basedOn w:val="Navadnatabela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amrea1">
    <w:name w:val="Medium Grid 1"/>
    <w:basedOn w:val="Navadnatabe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mrea1poudarek1">
    <w:name w:val="Medium Grid 1 Accent 1"/>
    <w:basedOn w:val="Navadnatabe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mrea1poudarek2">
    <w:name w:val="Medium Grid 1 Accent 2"/>
    <w:basedOn w:val="Navadnatabe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mrea1poudarek3">
    <w:name w:val="Medium Grid 1 Accent 3"/>
    <w:basedOn w:val="Navadnatabe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mrea1poudarek4">
    <w:name w:val="Medium Grid 1 Accent 4"/>
    <w:basedOn w:val="Navadnatabe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mrea1poudarek5">
    <w:name w:val="Medium Grid 1 Accent 5"/>
    <w:basedOn w:val="Navadnatabe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mrea1poudarek6">
    <w:name w:val="Medium Grid 1 Accent 6"/>
    <w:basedOn w:val="Navadnatabela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mrea2">
    <w:name w:val="Medium Grid 2"/>
    <w:basedOn w:val="Navadnatabe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mrea2poudarek1">
    <w:name w:val="Medium Grid 2 Accent 1"/>
    <w:basedOn w:val="Navadnatabe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mrea2poudarek2">
    <w:name w:val="Medium Grid 2 Accent 2"/>
    <w:basedOn w:val="Navadnatabe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mrea2poudarek3">
    <w:name w:val="Medium Grid 2 Accent 3"/>
    <w:basedOn w:val="Navadnatabe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mrea2poudarek4">
    <w:name w:val="Medium Grid 2 Accent 4"/>
    <w:basedOn w:val="Navadnatabe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mrea2poudarek5">
    <w:name w:val="Medium Grid 2 Accent 5"/>
    <w:basedOn w:val="Navadnatabe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mrea2poudarek6">
    <w:name w:val="Medium Grid 2 Accent 6"/>
    <w:basedOn w:val="Navadnatabela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mrea3">
    <w:name w:val="Medium Grid 3"/>
    <w:basedOn w:val="Navadnatabe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Srednjamrea3poudarek1">
    <w:name w:val="Medium Grid 3 Accent 1"/>
    <w:basedOn w:val="Navadnatabe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Srednjamrea3poudarek2">
    <w:name w:val="Medium Grid 3 Accent 2"/>
    <w:basedOn w:val="Navadnatabe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Srednjamrea3poudarek3">
    <w:name w:val="Medium Grid 3 Accent 3"/>
    <w:basedOn w:val="Navadnatabe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Srednjamrea3poudarek4">
    <w:name w:val="Medium Grid 3 Accent 4"/>
    <w:basedOn w:val="Navadnatabe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Srednjamrea3poudarek5">
    <w:name w:val="Medium Grid 3 Accent 5"/>
    <w:basedOn w:val="Navadnatabe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Srednjamrea3poudarek6">
    <w:name w:val="Medium Grid 3 Accent 6"/>
    <w:basedOn w:val="Navadnatabela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Temenseznam">
    <w:name w:val="Dark List"/>
    <w:basedOn w:val="Navadnatabe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emenseznampoudarek1">
    <w:name w:val="Dark List Accent 1"/>
    <w:basedOn w:val="Navadnatabe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emenseznampoudarek2">
    <w:name w:val="Dark List Accent 2"/>
    <w:basedOn w:val="Navadnatabe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emenseznampoudarek3">
    <w:name w:val="Dark List Accent 3"/>
    <w:basedOn w:val="Navadnatabe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emenseznampoudarek4">
    <w:name w:val="Dark List Accent 4"/>
    <w:basedOn w:val="Navadnatabe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emenseznampoudarek5">
    <w:name w:val="Dark List Accent 5"/>
    <w:basedOn w:val="Navadnatabe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emenseznampoudarek6">
    <w:name w:val="Dark List Accent 6"/>
    <w:basedOn w:val="Navadnatabela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Barvnosenenje">
    <w:name w:val="Colorful Shading"/>
    <w:basedOn w:val="Navadnatabe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vnosenenjepoudarek1">
    <w:name w:val="Colorful Shading Accent 1"/>
    <w:basedOn w:val="Navadnatabe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vnosenenjepoudarek2">
    <w:name w:val="Colorful Shading Accent 2"/>
    <w:basedOn w:val="Navadnatabe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vnosenenjepoudarek3">
    <w:name w:val="Colorful Shading Accent 3"/>
    <w:basedOn w:val="Navadnatabe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vnosenenjepoudarek4">
    <w:name w:val="Colorful Shading Accent 4"/>
    <w:basedOn w:val="Navadnatabe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vnosenenjepoudarek5">
    <w:name w:val="Colorful Shading Accent 5"/>
    <w:basedOn w:val="Navadnatabe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vnosenenjepoudarek6">
    <w:name w:val="Colorful Shading Accent 6"/>
    <w:basedOn w:val="Navadnatabela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Barvniseznam">
    <w:name w:val="Colorful List"/>
    <w:basedOn w:val="Navadnatabe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Barvniseznampoudarek1">
    <w:name w:val="Colorful List Accent 1"/>
    <w:basedOn w:val="Navadnatabe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Barvniseznampoudarek2">
    <w:name w:val="Colorful List Accent 2"/>
    <w:basedOn w:val="Navadnatabe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Barvenseznampoudarek3">
    <w:name w:val="Colorful List Accent 3"/>
    <w:basedOn w:val="Navadnatabe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Barvniseznampoudarek4">
    <w:name w:val="Colorful List Accent 4"/>
    <w:basedOn w:val="Navadnatabe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Barvniseznampoudarek5">
    <w:name w:val="Colorful List Accent 5"/>
    <w:basedOn w:val="Navadnatabe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Barvniseznampoudarek6">
    <w:name w:val="Colorful List Accent 6"/>
    <w:basedOn w:val="Navadnatabela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Barvnamrea">
    <w:name w:val="Colorful Grid"/>
    <w:basedOn w:val="Navadnatabe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Barvnamreapoudarek1">
    <w:name w:val="Colorful Grid Accent 1"/>
    <w:basedOn w:val="Navadnatabe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Barvnamreapoudarek2">
    <w:name w:val="Colorful Grid Accent 2"/>
    <w:basedOn w:val="Navadnatabe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Barvnamreapoudarek3">
    <w:name w:val="Colorful Grid Accent 3"/>
    <w:basedOn w:val="Navadnatabe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Barvnamreapoudarek4">
    <w:name w:val="Colorful Grid Accent 4"/>
    <w:basedOn w:val="Navadnatabe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Barvnamreapoudarek5">
    <w:name w:val="Colorful Grid Accent 5"/>
    <w:basedOn w:val="Navadnatabe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Barvnamreapoudarek6">
    <w:name w:val="Colorful Grid Accent 6"/>
    <w:basedOn w:val="Navadnatabela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gi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3EF3D1FC-F6D0-446C-BC42-298E5344B3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257</Words>
  <Characters>1466</Characters>
  <Application>Microsoft Office Word</Application>
  <DocSecurity>0</DocSecurity>
  <Lines>12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Prijavnica kluba za tekmovanja v inline hokeju - sezona 2026/2027</vt:lpstr>
      <vt:lpstr/>
    </vt:vector>
  </TitlesOfParts>
  <Manager/>
  <Company/>
  <LinksUpToDate>false</LinksUpToDate>
  <CharactersWithSpaces>1720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Prijavnica kluba za tekmovanja v inline hokeju - sezona 2026/2027</dc:title>
  <dc:subject/>
  <dc:creator>python-docx</dc:creator>
  <cp:keywords/>
  <dc:description>generated by python-docx</dc:description>
  <cp:lastModifiedBy>Drago Ozebek</cp:lastModifiedBy>
  <cp:revision>2</cp:revision>
  <dcterms:created xsi:type="dcterms:W3CDTF">2026-10-05T20:39:00Z</dcterms:created>
  <dcterms:modified xsi:type="dcterms:W3CDTF">2026-10-05T20:39:00Z</dcterms:modified>
  <cp:category/>
</cp:coreProperties>
</file>